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חידון: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משמעות של תמרורים ואת הערך שהם מזכירים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https://tamrurei-siach.sites.tab.bot/quiz.html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לא עוקפים כאן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חובה לפנות ימינה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חובה להמשיך ישר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יש עבודות – נוסעים לאט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עוצרים עצירה מלאה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נתיב לרוכבי אופניים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הקשבה לאזהרות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תיקון טעויות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כל הנוסעים חוגרים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פנס לבן מקדימה ואדום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⚡ חידון: מה אומר התמרור?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כביש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🛣️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· дорога · መንገድ · شارع · route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מדרכה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🚶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sidewalk · тротуар · የእግረኛ መንገድ · رصيف · trottoir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crosswalk · пешеходный переход · የእግረኛ መሻገሪያ · ممر مشاة · passage piéton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🚦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traffic light · светофор · የትራፊክ መብራት · إشارة ضوئية · feu de circulation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תמרור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road sign · дорожный знак · የትራፊክ ምልክት · شاخصة مرور · panneau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stop · стоп · ቁም · قف · stop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⛑️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helmet · шлем · የራስ ቁር · خوذة · casque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seatbelt · ремень безопасности · የደህንነት ቀበቶ · حزام الأمان · ceinture de sécurité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bicycle · велосипед · ብስክሌት · دراجة هوائية · vélo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קורקינט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scooter · самокат · ስኩተር · سكوتر · trottinette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 התמרור?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overtak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כאן לא מעמידים רכב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לא עוקפים כאן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כאן לא רוכבים על קורקינט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urnrigh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הדרך נעשית 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הכביש חלק – מאטים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חובה לפנות ימינה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he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יש עבודות – נוסעים לאט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חובה להמשיך ישר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חובה לפנות ימינה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לא יותר מ־50 קמ"ש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יש עבודות – נוסעים לאט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בליטה בכביש – מאטים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p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עוצרים עצירה מלאה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נוסעים רק בכיוון החץ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סיבוב חד לפנים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k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מסילה לפנים – עוצרים ומקשיבים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כאן חוצים את הכביש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נתיב לרוכבי אופניים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איזה ערך מזכיר התמרור?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i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ערך מזכיר לנו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לראות את האחר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הקשבה לאזהרות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כללים משותפים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pper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ערך מזכיר לנו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כללים שומרים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תיקון טעויות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גבולות אישיים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חוצים את הכביש במעבר חציה או ברמזור ירוק להולכי רגל.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חגורת בטיחות חוגרים רק במושב הקדמי.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לא צריך פנס אם מכירים את הדרך.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מסבירים לחבר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תמרור אחד מהחידון והסבירו לחבר או לחברה מה הוא אומר ולמה הוא חשוב.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חידון: מה אומר התמרור?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