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חידון: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לזהות משמעות של תמרורים ואת הערך שהם מזכירים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https://tamrurei-siach.sites.tab.bot/quiz.html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כאן עוצר האוטובוס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לא עוקפים 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חובה לפנות ימינה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לא הולכים כאן ברגל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פנס לבן מקדימה ואדום מאחור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⚡ חידון: מה אומר התמרור?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עוצרים  |  חוצים  |  חוגרים  |  קסדה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אומר התמרור?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כאן עוצר האוטובוס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אין פנייה לאחור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overtak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חובה לפנות ימינה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לא עוקפים כאן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urnrigh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לא עוקפים כאן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חובה לפנות ימינה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ped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לא הולכים כאן ברגל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עוצרים לפני הקו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בחושך רוכבים עם פנס לבן מקדימה ופנס אדום מאחור.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בחושך לא צריך פנס אם מכירים את הדרך.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מסבירים לחבר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תמרור אחד מהחידון והסבירו לחבר או לחברה מה הוא אומר ולמה הוא חשוב.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חידון: מה אומר התמרור?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